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rial" w:hAnsi="Arial"/>
          <w:b/>
          <w:color w:val="3E2365"/>
          <w:sz w:val="34"/>
        </w:rPr>
        <w:t>SEABROOK ASSOCIATION</w:t>
      </w:r>
    </w:p>
    <w:p>
      <w:pPr>
        <w:spacing w:after="120"/>
        <w:jc w:val="center"/>
      </w:pPr>
      <w:r>
        <w:rPr>
          <w:b/>
          <w:color w:val="3E2365"/>
          <w:sz w:val="28"/>
        </w:rPr>
        <w:t>Scholarship Application</w:t>
      </w:r>
    </w:p>
    <w:p>
      <w:pPr>
        <w:spacing w:after="120"/>
        <w:jc w:val="both"/>
      </w:pPr>
      <w:r>
        <w:t>The Seabrook Association offers a scholarship to a student residing in ZIP code 77586 who is pursuing higher education. Academic performance, community service, leadership, and involvement will be considered during the selection process. Please complete all applicable fields and attach the required documents before submission.</w:t>
      </w:r>
    </w:p>
    <w:p>
      <w:pPr>
        <w:pStyle w:val="SectionHeading"/>
      </w:pPr>
      <w:r>
        <w:t>1. Applicant Information</w:t>
      </w:r>
    </w:p>
    <w:tbl>
      <w:tblPr>
        <w:tblStyle w:val="TableGrid"/>
        <w:tblW w:type="auto" w:w="0"/>
        <w:jc w:val="center"/>
        <w:tblLayout w:type="fixed"/>
        <w:tblLook w:firstColumn="1" w:firstRow="1" w:lastColumn="0" w:lastRow="0" w:noHBand="0" w:noVBand="1" w:val="04A0"/>
      </w:tblPr>
      <w:tblGrid>
        <w:gridCol w:w="5184"/>
        <w:gridCol w:w="5184"/>
      </w:tblGrid>
      <w:tr>
        <w:tc>
          <w:tcPr>
            <w:tcW w:type="dxa" w:w="3311"/>
            <w:vAlign w:val="center"/>
            <w:tcMar>
              <w:top w:w="80" w:type="dxa"/>
              <w:start w:w="90" w:type="dxa"/>
              <w:bottom w:w="80" w:type="dxa"/>
              <w:end w:w="90" w:type="dxa"/>
            </w:tcMar>
            <w:shd w:fill="EDE7F6"/>
          </w:tcPr>
          <w:p>
            <w:pPr>
              <w:spacing w:after="0"/>
            </w:pPr>
            <w:r>
              <w:rPr>
                <w:b/>
                <w:color w:val="3E2365"/>
                <w:sz w:val="19"/>
              </w:rPr>
              <w:t>Applicant Name</w:t>
            </w:r>
          </w:p>
        </w:tc>
        <w:tc>
          <w:tcPr>
            <w:tcW w:type="dxa" w:w="6623"/>
            <w:vAlign w:val="center"/>
            <w:tcMar>
              <w:top w:w="80" w:type="dxa"/>
              <w:start w:w="90" w:type="dxa"/>
              <w:bottom w:w="80" w:type="dxa"/>
              <w:end w:w="90" w:type="dxa"/>
            </w:tcMar>
            <w:shd w:fill="FAFAFA"/>
          </w:tcPr>
          <w:p>
            <w:pPr>
              <w:spacing w:after="0"/>
            </w:pPr>
            <w:sdt>
              <w:sdtPr>
                <w:tag w:val="APPLICANT_NAME"/>
                <w:alias w:val="APPLICANT_NAME"/>
                <w:text/>
              </w:sdtPr>
              <w:sdtContent>
                <w:r>
                  <w:rPr>
                    <w:color w:val="5A5A5A"/>
                    <w:sz w:val="20"/>
                  </w:rPr>
                  <w:t>{{APPLICANT_NAME}}</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Residential Address</w:t>
            </w:r>
          </w:p>
        </w:tc>
        <w:tc>
          <w:tcPr>
            <w:tcW w:type="dxa" w:w="6623"/>
            <w:vAlign w:val="center"/>
            <w:tcMar>
              <w:top w:w="80" w:type="dxa"/>
              <w:start w:w="90" w:type="dxa"/>
              <w:bottom w:w="80" w:type="dxa"/>
              <w:end w:w="90" w:type="dxa"/>
            </w:tcMar>
            <w:shd w:fill="FAFAFA"/>
          </w:tcPr>
          <w:p>
            <w:pPr>
              <w:spacing w:after="0"/>
            </w:pPr>
            <w:sdt>
              <w:sdtPr>
                <w:tag w:val="ADDRESS"/>
                <w:alias w:val="ADDRESS"/>
                <w:text/>
              </w:sdtPr>
              <w:sdtContent>
                <w:r>
                  <w:rPr>
                    <w:color w:val="5A5A5A"/>
                    <w:sz w:val="20"/>
                  </w:rPr>
                  <w:t>{{ADDRESS}}</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City, State, ZIP</w:t>
            </w:r>
          </w:p>
        </w:tc>
        <w:tc>
          <w:tcPr>
            <w:tcW w:type="dxa" w:w="6623"/>
            <w:vAlign w:val="center"/>
            <w:tcMar>
              <w:top w:w="80" w:type="dxa"/>
              <w:start w:w="90" w:type="dxa"/>
              <w:bottom w:w="80" w:type="dxa"/>
              <w:end w:w="90" w:type="dxa"/>
            </w:tcMar>
            <w:shd w:fill="FAFAFA"/>
          </w:tcPr>
          <w:p>
            <w:pPr>
              <w:spacing w:after="0"/>
            </w:pPr>
            <w:sdt>
              <w:sdtPr>
                <w:tag w:val="CITY_STATE_ZIP"/>
                <w:alias w:val="CITY_STATE_ZIP"/>
                <w:text/>
              </w:sdtPr>
              <w:sdtContent>
                <w:r>
                  <w:rPr>
                    <w:color w:val="5A5A5A"/>
                    <w:sz w:val="20"/>
                  </w:rPr>
                  <w:t>{{CITY_STATE_ZIP}}</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Email Address</w:t>
            </w:r>
          </w:p>
        </w:tc>
        <w:tc>
          <w:tcPr>
            <w:tcW w:type="dxa" w:w="6623"/>
            <w:vAlign w:val="center"/>
            <w:tcMar>
              <w:top w:w="80" w:type="dxa"/>
              <w:start w:w="90" w:type="dxa"/>
              <w:bottom w:w="80" w:type="dxa"/>
              <w:end w:w="90" w:type="dxa"/>
            </w:tcMar>
            <w:shd w:fill="FAFAFA"/>
          </w:tcPr>
          <w:p>
            <w:pPr>
              <w:spacing w:after="0"/>
            </w:pPr>
            <w:sdt>
              <w:sdtPr>
                <w:tag w:val="EMAIL"/>
                <w:alias w:val="EMAIL"/>
                <w:text/>
              </w:sdtPr>
              <w:sdtContent>
                <w:r>
                  <w:rPr>
                    <w:color w:val="5A5A5A"/>
                    <w:sz w:val="20"/>
                  </w:rPr>
                  <w:t>{{EMAIL}}</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Home Phone</w:t>
            </w:r>
          </w:p>
        </w:tc>
        <w:tc>
          <w:tcPr>
            <w:tcW w:type="dxa" w:w="6623"/>
            <w:vAlign w:val="center"/>
            <w:tcMar>
              <w:top w:w="80" w:type="dxa"/>
              <w:start w:w="90" w:type="dxa"/>
              <w:bottom w:w="80" w:type="dxa"/>
              <w:end w:w="90" w:type="dxa"/>
            </w:tcMar>
            <w:shd w:fill="FAFAFA"/>
          </w:tcPr>
          <w:p>
            <w:pPr>
              <w:spacing w:after="0"/>
            </w:pPr>
            <w:sdt>
              <w:sdtPr>
                <w:tag w:val="HOME_PHONE"/>
                <w:alias w:val="HOME_PHONE"/>
                <w:text/>
              </w:sdtPr>
              <w:sdtContent>
                <w:r>
                  <w:rPr>
                    <w:color w:val="5A5A5A"/>
                    <w:sz w:val="20"/>
                  </w:rPr>
                  <w:t>{{HOME_PHONE}}</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Cell Phone</w:t>
            </w:r>
          </w:p>
        </w:tc>
        <w:tc>
          <w:tcPr>
            <w:tcW w:type="dxa" w:w="6623"/>
            <w:vAlign w:val="center"/>
            <w:tcMar>
              <w:top w:w="80" w:type="dxa"/>
              <w:start w:w="90" w:type="dxa"/>
              <w:bottom w:w="80" w:type="dxa"/>
              <w:end w:w="90" w:type="dxa"/>
            </w:tcMar>
            <w:shd w:fill="FAFAFA"/>
          </w:tcPr>
          <w:p>
            <w:pPr>
              <w:spacing w:after="0"/>
            </w:pPr>
            <w:sdt>
              <w:sdtPr>
                <w:tag w:val="CELL_PHONE"/>
                <w:alias w:val="CELL_PHONE"/>
                <w:text/>
              </w:sdtPr>
              <w:sdtContent>
                <w:r>
                  <w:rPr>
                    <w:color w:val="5A5A5A"/>
                    <w:sz w:val="20"/>
                  </w:rPr>
                  <w:t>{{CELL_PHONE}}</w:t>
                </w:r>
              </w:sdtContent>
            </w:sdt>
          </w:p>
        </w:tc>
      </w:tr>
    </w:tbl>
    <w:p>
      <w:pPr>
        <w:spacing w:after="40"/>
      </w:pPr>
    </w:p>
    <w:p>
      <w:pPr>
        <w:pStyle w:val="SectionHeading"/>
      </w:pPr>
      <w:r>
        <w:t>2. Academic Information</w:t>
      </w:r>
    </w:p>
    <w:tbl>
      <w:tblPr>
        <w:tblStyle w:val="TableGrid"/>
        <w:tblW w:type="auto" w:w="0"/>
        <w:jc w:val="center"/>
        <w:tblLayout w:type="fixed"/>
        <w:tblLook w:firstColumn="1" w:firstRow="1" w:lastColumn="0" w:lastRow="0" w:noHBand="0" w:noVBand="1" w:val="04A0"/>
      </w:tblPr>
      <w:tblGrid>
        <w:gridCol w:w="5184"/>
        <w:gridCol w:w="5184"/>
      </w:tblGrid>
      <w:tr>
        <w:tc>
          <w:tcPr>
            <w:tcW w:type="dxa" w:w="3311"/>
            <w:vAlign w:val="center"/>
            <w:tcMar>
              <w:top w:w="80" w:type="dxa"/>
              <w:start w:w="90" w:type="dxa"/>
              <w:bottom w:w="80" w:type="dxa"/>
              <w:end w:w="90" w:type="dxa"/>
            </w:tcMar>
            <w:shd w:fill="EDE7F6"/>
          </w:tcPr>
          <w:p>
            <w:pPr>
              <w:spacing w:after="0"/>
            </w:pPr>
            <w:r>
              <w:rPr>
                <w:b/>
                <w:color w:val="3E2365"/>
                <w:sz w:val="19"/>
              </w:rPr>
              <w:t>High School Name and Address</w:t>
            </w:r>
          </w:p>
        </w:tc>
        <w:tc>
          <w:tcPr>
            <w:tcW w:type="dxa" w:w="6623"/>
            <w:vAlign w:val="center"/>
            <w:tcMar>
              <w:top w:w="80" w:type="dxa"/>
              <w:start w:w="90" w:type="dxa"/>
              <w:bottom w:w="80" w:type="dxa"/>
              <w:end w:w="90" w:type="dxa"/>
            </w:tcMar>
            <w:shd w:fill="FAFAFA"/>
          </w:tcPr>
          <w:p>
            <w:pPr>
              <w:spacing w:after="0"/>
            </w:pPr>
            <w:sdt>
              <w:sdtPr>
                <w:tag w:val="HIGH_SCHOOL"/>
                <w:alias w:val="HIGH_SCHOOL"/>
                <w:text/>
              </w:sdtPr>
              <w:sdtContent>
                <w:r>
                  <w:rPr>
                    <w:color w:val="5A5A5A"/>
                    <w:sz w:val="20"/>
                  </w:rPr>
                  <w:t>{{HIGH_SCHOOL}}</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City, State, ZIP</w:t>
            </w:r>
          </w:p>
        </w:tc>
        <w:tc>
          <w:tcPr>
            <w:tcW w:type="dxa" w:w="6623"/>
            <w:vAlign w:val="center"/>
            <w:tcMar>
              <w:top w:w="80" w:type="dxa"/>
              <w:start w:w="90" w:type="dxa"/>
              <w:bottom w:w="80" w:type="dxa"/>
              <w:end w:w="90" w:type="dxa"/>
            </w:tcMar>
            <w:shd w:fill="FAFAFA"/>
          </w:tcPr>
          <w:p>
            <w:pPr>
              <w:spacing w:after="0"/>
            </w:pPr>
            <w:sdt>
              <w:sdtPr>
                <w:tag w:val="HS_CITY_STATE_ZIP"/>
                <w:alias w:val="HS_CITY_STATE_ZIP"/>
                <w:text/>
              </w:sdtPr>
              <w:sdtContent>
                <w:r>
                  <w:rPr>
                    <w:color w:val="5A5A5A"/>
                    <w:sz w:val="20"/>
                  </w:rPr>
                  <w:t>{{HS_CITY_STATE_ZIP}}</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GPA</w:t>
            </w:r>
          </w:p>
        </w:tc>
        <w:tc>
          <w:tcPr>
            <w:tcW w:type="dxa" w:w="6623"/>
            <w:vAlign w:val="center"/>
            <w:tcMar>
              <w:top w:w="80" w:type="dxa"/>
              <w:start w:w="90" w:type="dxa"/>
              <w:bottom w:w="80" w:type="dxa"/>
              <w:end w:w="90" w:type="dxa"/>
            </w:tcMar>
            <w:shd w:fill="FAFAFA"/>
          </w:tcPr>
          <w:p>
            <w:pPr>
              <w:spacing w:after="0"/>
            </w:pPr>
            <w:sdt>
              <w:sdtPr>
                <w:tag w:val="GPA"/>
                <w:alias w:val="GPA"/>
                <w:text/>
              </w:sdtPr>
              <w:sdtContent>
                <w:r>
                  <w:rPr>
                    <w:color w:val="5A5A5A"/>
                    <w:sz w:val="20"/>
                  </w:rPr>
                  <w:t>{{GPA}}</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SAT Score</w:t>
            </w:r>
          </w:p>
        </w:tc>
        <w:tc>
          <w:tcPr>
            <w:tcW w:type="dxa" w:w="6623"/>
            <w:vAlign w:val="center"/>
            <w:tcMar>
              <w:top w:w="80" w:type="dxa"/>
              <w:start w:w="90" w:type="dxa"/>
              <w:bottom w:w="80" w:type="dxa"/>
              <w:end w:w="90" w:type="dxa"/>
            </w:tcMar>
            <w:shd w:fill="FAFAFA"/>
          </w:tcPr>
          <w:p>
            <w:pPr>
              <w:spacing w:after="0"/>
            </w:pPr>
            <w:sdt>
              <w:sdtPr>
                <w:tag w:val="SAT"/>
                <w:alias w:val="SAT"/>
                <w:text/>
              </w:sdtPr>
              <w:sdtContent>
                <w:r>
                  <w:rPr>
                    <w:color w:val="5A5A5A"/>
                    <w:sz w:val="20"/>
                  </w:rPr>
                  <w:t>{{SAT}}</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ACT Score</w:t>
            </w:r>
          </w:p>
        </w:tc>
        <w:tc>
          <w:tcPr>
            <w:tcW w:type="dxa" w:w="6623"/>
            <w:vAlign w:val="center"/>
            <w:tcMar>
              <w:top w:w="80" w:type="dxa"/>
              <w:start w:w="90" w:type="dxa"/>
              <w:bottom w:w="80" w:type="dxa"/>
              <w:end w:w="90" w:type="dxa"/>
            </w:tcMar>
            <w:shd w:fill="FAFAFA"/>
          </w:tcPr>
          <w:p>
            <w:pPr>
              <w:spacing w:after="0"/>
            </w:pPr>
            <w:sdt>
              <w:sdtPr>
                <w:tag w:val="ACT"/>
                <w:alias w:val="ACT"/>
                <w:text/>
              </w:sdtPr>
              <w:sdtContent>
                <w:r>
                  <w:rPr>
                    <w:color w:val="5A5A5A"/>
                    <w:sz w:val="20"/>
                  </w:rPr>
                  <w:t>{{ACT}}</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Class Rank</w:t>
            </w:r>
          </w:p>
        </w:tc>
        <w:tc>
          <w:tcPr>
            <w:tcW w:type="dxa" w:w="6623"/>
            <w:vAlign w:val="center"/>
            <w:tcMar>
              <w:top w:w="80" w:type="dxa"/>
              <w:start w:w="90" w:type="dxa"/>
              <w:bottom w:w="80" w:type="dxa"/>
              <w:end w:w="90" w:type="dxa"/>
            </w:tcMar>
            <w:shd w:fill="FAFAFA"/>
          </w:tcPr>
          <w:p>
            <w:pPr>
              <w:spacing w:after="0"/>
            </w:pPr>
            <w:sdt>
              <w:sdtPr>
                <w:tag w:val="CLASS_RANK"/>
                <w:alias w:val="CLASS_RANK"/>
                <w:text/>
              </w:sdtPr>
              <w:sdtContent>
                <w:r>
                  <w:rPr>
                    <w:color w:val="5A5A5A"/>
                    <w:sz w:val="20"/>
                  </w:rPr>
                  <w:t>{{CLASS_RANK}}</w:t>
                </w:r>
              </w:sdtContent>
            </w:sdt>
          </w:p>
        </w:tc>
      </w:tr>
    </w:tbl>
    <w:p>
      <w:pPr>
        <w:spacing w:after="40"/>
      </w:pPr>
    </w:p>
    <w:p>
      <w:pPr>
        <w:pStyle w:val="SectionHeading"/>
      </w:pPr>
      <w:r>
        <w:t>3. College Plans</w:t>
      </w:r>
    </w:p>
    <w:tbl>
      <w:tblPr>
        <w:tblStyle w:val="TableGrid"/>
        <w:tblW w:type="auto" w:w="0"/>
        <w:jc w:val="center"/>
        <w:tblLayout w:type="fixed"/>
        <w:tblLook w:firstColumn="1" w:firstRow="1" w:lastColumn="0" w:lastRow="0" w:noHBand="0" w:noVBand="1" w:val="04A0"/>
      </w:tblPr>
      <w:tblGrid>
        <w:gridCol w:w="5184"/>
        <w:gridCol w:w="5184"/>
      </w:tblGrid>
      <w:tr>
        <w:tc>
          <w:tcPr>
            <w:tcW w:type="dxa" w:w="3311"/>
            <w:vAlign w:val="center"/>
            <w:tcMar>
              <w:top w:w="80" w:type="dxa"/>
              <w:start w:w="90" w:type="dxa"/>
              <w:bottom w:w="80" w:type="dxa"/>
              <w:end w:w="90" w:type="dxa"/>
            </w:tcMar>
            <w:shd w:fill="EDE7F6"/>
          </w:tcPr>
          <w:p>
            <w:pPr>
              <w:spacing w:after="0"/>
            </w:pPr>
            <w:r>
              <w:rPr>
                <w:b/>
                <w:color w:val="3E2365"/>
                <w:sz w:val="19"/>
              </w:rPr>
              <w:t>Have you applied to a college or university?</w:t>
            </w:r>
          </w:p>
        </w:tc>
        <w:tc>
          <w:tcPr>
            <w:tcW w:type="dxa" w:w="6623"/>
            <w:vAlign w:val="center"/>
            <w:tcMar>
              <w:top w:w="80" w:type="dxa"/>
              <w:start w:w="90" w:type="dxa"/>
              <w:bottom w:w="80" w:type="dxa"/>
              <w:end w:w="90" w:type="dxa"/>
            </w:tcMar>
            <w:shd w:fill="FAFAFA"/>
          </w:tcPr>
          <w:p>
            <w:pPr>
              <w:spacing w:after="0"/>
            </w:pPr>
            <w:sdt>
              <w:sdtPr>
                <w:tag w:val="APPLIED_STATUS"/>
                <w:alias w:val="APPLIED_STATUS"/>
                <w:text/>
              </w:sdtPr>
              <w:sdtContent>
                <w:r>
                  <w:rPr>
                    <w:color w:val="5A5A5A"/>
                    <w:sz w:val="20"/>
                  </w:rPr>
                  <w:t>{{APPLIED_STATUS}}</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Colleges/Universities Where Accepted</w:t>
            </w:r>
          </w:p>
        </w:tc>
        <w:tc>
          <w:tcPr>
            <w:tcW w:type="dxa" w:w="6623"/>
            <w:vAlign w:val="center"/>
            <w:tcMar>
              <w:top w:w="80" w:type="dxa"/>
              <w:start w:w="90" w:type="dxa"/>
              <w:bottom w:w="80" w:type="dxa"/>
              <w:end w:w="90" w:type="dxa"/>
            </w:tcMar>
            <w:shd w:fill="FAFAFA"/>
          </w:tcPr>
          <w:p>
            <w:pPr>
              <w:spacing w:after="0"/>
            </w:pPr>
            <w:sdt>
              <w:sdtPr>
                <w:tag w:val="ACCEPTED_SCHOOLS"/>
                <w:alias w:val="ACCEPTED_SCHOOLS"/>
                <w:text/>
              </w:sdtPr>
              <w:sdtContent>
                <w:r>
                  <w:rPr>
                    <w:color w:val="5A5A5A"/>
                    <w:sz w:val="20"/>
                  </w:rPr>
                  <w:t>{{ACCEPTED_SCHOOLS}}</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College/University You Plan to Attend</w:t>
            </w:r>
          </w:p>
        </w:tc>
        <w:tc>
          <w:tcPr>
            <w:tcW w:type="dxa" w:w="6623"/>
            <w:vAlign w:val="center"/>
            <w:tcMar>
              <w:top w:w="80" w:type="dxa"/>
              <w:start w:w="90" w:type="dxa"/>
              <w:bottom w:w="80" w:type="dxa"/>
              <w:end w:w="90" w:type="dxa"/>
            </w:tcMar>
            <w:shd w:fill="FAFAFA"/>
          </w:tcPr>
          <w:p>
            <w:pPr>
              <w:spacing w:after="0"/>
            </w:pPr>
            <w:sdt>
              <w:sdtPr>
                <w:tag w:val="COMMITTED_SCHOOL"/>
                <w:alias w:val="COMMITTED_SCHOOL"/>
                <w:text/>
              </w:sdtPr>
              <w:sdtContent>
                <w:r>
                  <w:rPr>
                    <w:color w:val="5A5A5A"/>
                    <w:sz w:val="20"/>
                  </w:rPr>
                  <w:t>{{COMMITTED_SCHOOL}}</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Intended Major</w:t>
            </w:r>
          </w:p>
        </w:tc>
        <w:tc>
          <w:tcPr>
            <w:tcW w:type="dxa" w:w="6623"/>
            <w:vAlign w:val="center"/>
            <w:tcMar>
              <w:top w:w="80" w:type="dxa"/>
              <w:start w:w="90" w:type="dxa"/>
              <w:bottom w:w="80" w:type="dxa"/>
              <w:end w:w="90" w:type="dxa"/>
            </w:tcMar>
            <w:shd w:fill="FAFAFA"/>
          </w:tcPr>
          <w:p>
            <w:pPr>
              <w:spacing w:after="0"/>
            </w:pPr>
            <w:sdt>
              <w:sdtPr>
                <w:tag w:val="INTENDED_MAJOR"/>
                <w:alias w:val="INTENDED_MAJOR"/>
                <w:text/>
              </w:sdtPr>
              <w:sdtContent>
                <w:r>
                  <w:rPr>
                    <w:color w:val="5A5A5A"/>
                    <w:sz w:val="20"/>
                  </w:rPr>
                  <w:t>{{INTENDED_MAJOR}}</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Approximate Annual Cost</w:t>
            </w:r>
          </w:p>
        </w:tc>
        <w:tc>
          <w:tcPr>
            <w:tcW w:type="dxa" w:w="6623"/>
            <w:vAlign w:val="center"/>
            <w:tcMar>
              <w:top w:w="80" w:type="dxa"/>
              <w:start w:w="90" w:type="dxa"/>
              <w:bottom w:w="80" w:type="dxa"/>
              <w:end w:w="90" w:type="dxa"/>
            </w:tcMar>
            <w:shd w:fill="FAFAFA"/>
          </w:tcPr>
          <w:p>
            <w:pPr>
              <w:spacing w:after="0"/>
            </w:pPr>
            <w:sdt>
              <w:sdtPr>
                <w:tag w:val="ANNUAL_COST"/>
                <w:alias w:val="ANNUAL_COST"/>
                <w:text/>
              </w:sdtPr>
              <w:sdtContent>
                <w:r>
                  <w:rPr>
                    <w:color w:val="5A5A5A"/>
                    <w:sz w:val="20"/>
                  </w:rPr>
                  <w:t>{{ANNUAL_COST}}</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Estimated Percentage Paid by Student/Family</w:t>
            </w:r>
          </w:p>
        </w:tc>
        <w:tc>
          <w:tcPr>
            <w:tcW w:type="dxa" w:w="6623"/>
            <w:vAlign w:val="center"/>
            <w:tcMar>
              <w:top w:w="80" w:type="dxa"/>
              <w:start w:w="90" w:type="dxa"/>
              <w:bottom w:w="80" w:type="dxa"/>
              <w:end w:w="90" w:type="dxa"/>
            </w:tcMar>
            <w:shd w:fill="FAFAFA"/>
          </w:tcPr>
          <w:p>
            <w:pPr>
              <w:spacing w:after="0"/>
            </w:pPr>
            <w:sdt>
              <w:sdtPr>
                <w:tag w:val="PERCENT_SELF_PAID"/>
                <w:alias w:val="PERCENT_SELF_PAID"/>
                <w:text/>
              </w:sdtPr>
              <w:sdtContent>
                <w:r>
                  <w:rPr>
                    <w:color w:val="5A5A5A"/>
                    <w:sz w:val="20"/>
                  </w:rPr>
                  <w:t>{{PERCENT_SELF_PAID}}</w:t>
                </w:r>
              </w:sdtContent>
            </w:sdt>
          </w:p>
        </w:tc>
      </w:tr>
    </w:tbl>
    <w:p>
      <w:pPr>
        <w:spacing w:after="40"/>
      </w:pPr>
    </w:p>
    <w:p>
      <w:r>
        <w:br/>
      </w:r>
    </w:p>
    <w:p>
      <w:pPr>
        <w:pStyle w:val="SectionHeading"/>
      </w:pPr>
      <w:r>
        <w:t>4. Financial Information</w:t>
      </w:r>
    </w:p>
    <w:tbl>
      <w:tblPr>
        <w:tblStyle w:val="TableGrid"/>
        <w:tblW w:type="auto" w:w="0"/>
        <w:jc w:val="center"/>
        <w:tblLayout w:type="fixed"/>
        <w:tblLook w:firstColumn="1" w:firstRow="1" w:lastColumn="0" w:lastRow="0" w:noHBand="0" w:noVBand="1" w:val="04A0"/>
      </w:tblPr>
      <w:tblGrid>
        <w:gridCol w:w="5184"/>
        <w:gridCol w:w="5184"/>
      </w:tblGrid>
      <w:tr>
        <w:tc>
          <w:tcPr>
            <w:tcW w:type="dxa" w:w="3311"/>
            <w:vAlign w:val="center"/>
            <w:tcMar>
              <w:top w:w="80" w:type="dxa"/>
              <w:start w:w="90" w:type="dxa"/>
              <w:bottom w:w="80" w:type="dxa"/>
              <w:end w:w="90" w:type="dxa"/>
            </w:tcMar>
            <w:shd w:fill="EDE7F6"/>
          </w:tcPr>
          <w:p>
            <w:pPr>
              <w:spacing w:after="0"/>
            </w:pPr>
            <w:r>
              <w:rPr>
                <w:b/>
                <w:color w:val="3E2365"/>
                <w:sz w:val="19"/>
              </w:rPr>
              <w:t>Parent/Guardian Name(s)</w:t>
            </w:r>
          </w:p>
        </w:tc>
        <w:tc>
          <w:tcPr>
            <w:tcW w:type="dxa" w:w="6623"/>
            <w:vAlign w:val="center"/>
            <w:tcMar>
              <w:top w:w="80" w:type="dxa"/>
              <w:start w:w="90" w:type="dxa"/>
              <w:bottom w:w="80" w:type="dxa"/>
              <w:end w:w="90" w:type="dxa"/>
            </w:tcMar>
            <w:shd w:fill="FAFAFA"/>
          </w:tcPr>
          <w:p>
            <w:pPr>
              <w:spacing w:after="0"/>
            </w:pPr>
            <w:sdt>
              <w:sdtPr>
                <w:tag w:val="PARENT_NAMES"/>
                <w:alias w:val="PARENT_NAMES"/>
                <w:text/>
              </w:sdtPr>
              <w:sdtContent>
                <w:r>
                  <w:rPr>
                    <w:color w:val="5A5A5A"/>
                    <w:sz w:val="20"/>
                  </w:rPr>
                  <w:t>{{PARENT_NAMES}}</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Father/Guardian Annual Income</w:t>
            </w:r>
          </w:p>
        </w:tc>
        <w:tc>
          <w:tcPr>
            <w:tcW w:type="dxa" w:w="6623"/>
            <w:vAlign w:val="center"/>
            <w:tcMar>
              <w:top w:w="80" w:type="dxa"/>
              <w:start w:w="90" w:type="dxa"/>
              <w:bottom w:w="80" w:type="dxa"/>
              <w:end w:w="90" w:type="dxa"/>
            </w:tcMar>
            <w:shd w:fill="FAFAFA"/>
          </w:tcPr>
          <w:p>
            <w:pPr>
              <w:spacing w:after="0"/>
            </w:pPr>
            <w:sdt>
              <w:sdtPr>
                <w:tag w:val="FATHER_INCOME"/>
                <w:alias w:val="FATHER_INCOME"/>
                <w:text/>
              </w:sdtPr>
              <w:sdtContent>
                <w:r>
                  <w:rPr>
                    <w:color w:val="5A5A5A"/>
                    <w:sz w:val="20"/>
                  </w:rPr>
                  <w:t>{{FATHER_INCOME}}</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Mother/Guardian Annual Income</w:t>
            </w:r>
          </w:p>
        </w:tc>
        <w:tc>
          <w:tcPr>
            <w:tcW w:type="dxa" w:w="6623"/>
            <w:vAlign w:val="center"/>
            <w:tcMar>
              <w:top w:w="80" w:type="dxa"/>
              <w:start w:w="90" w:type="dxa"/>
              <w:bottom w:w="80" w:type="dxa"/>
              <w:end w:w="90" w:type="dxa"/>
            </w:tcMar>
            <w:shd w:fill="FAFAFA"/>
          </w:tcPr>
          <w:p>
            <w:pPr>
              <w:spacing w:after="0"/>
            </w:pPr>
            <w:sdt>
              <w:sdtPr>
                <w:tag w:val="MOTHER_INCOME"/>
                <w:alias w:val="MOTHER_INCOME"/>
                <w:text/>
              </w:sdtPr>
              <w:sdtContent>
                <w:r>
                  <w:rPr>
                    <w:color w:val="5A5A5A"/>
                    <w:sz w:val="20"/>
                  </w:rPr>
                  <w:t>{{MOTHER_INCOME}}</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Additional Scholarships Awarded</w:t>
            </w:r>
          </w:p>
        </w:tc>
        <w:tc>
          <w:tcPr>
            <w:tcW w:type="dxa" w:w="6623"/>
            <w:vAlign w:val="center"/>
            <w:tcMar>
              <w:top w:w="80" w:type="dxa"/>
              <w:start w:w="90" w:type="dxa"/>
              <w:bottom w:w="80" w:type="dxa"/>
              <w:end w:w="90" w:type="dxa"/>
            </w:tcMar>
            <w:shd w:fill="FAFAFA"/>
          </w:tcPr>
          <w:p>
            <w:pPr>
              <w:spacing w:after="0"/>
            </w:pPr>
            <w:sdt>
              <w:sdtPr>
                <w:tag w:val="OTHER_SCHOLARSHIPS"/>
                <w:alias w:val="OTHER_SCHOLARSHIPS"/>
                <w:text/>
              </w:sdtPr>
              <w:sdtContent>
                <w:r>
                  <w:rPr>
                    <w:color w:val="5A5A5A"/>
                    <w:sz w:val="20"/>
                  </w:rPr>
                  <w:t>{{OTHER_SCHOLARSHIPS}}</w:t>
                </w:r>
              </w:sdtContent>
            </w:sdt>
          </w:p>
        </w:tc>
      </w:tr>
    </w:tbl>
    <w:p>
      <w:pPr>
        <w:spacing w:after="40"/>
      </w:pPr>
    </w:p>
    <w:p>
      <w:pPr>
        <w:pStyle w:val="SectionHeading"/>
      </w:pPr>
      <w:r>
        <w:t>5. Work, Service, and Activities</w:t>
      </w:r>
    </w:p>
    <w:p>
      <w:pPr>
        <w:pStyle w:val="Prompt"/>
      </w:pPr>
      <w:r>
        <w:t>List employment, community service, extracurricular activities, organizations, leadership roles, and approximate hours per week.</w:t>
      </w:r>
    </w:p>
    <w:tbl>
      <w:tblPr>
        <w:tblStyle w:val="TableGrid"/>
        <w:tblW w:type="auto" w:w="0"/>
        <w:jc w:val="center"/>
        <w:tblLayout w:type="fixed"/>
        <w:tblLook w:firstColumn="1" w:firstRow="1" w:lastColumn="0" w:lastRow="0" w:noHBand="0" w:noVBand="1" w:val="04A0"/>
      </w:tblPr>
      <w:tblGrid>
        <w:gridCol w:w="2592"/>
        <w:gridCol w:w="2592"/>
        <w:gridCol w:w="2592"/>
        <w:gridCol w:w="2592"/>
      </w:tblGrid>
      <w:tr>
        <w:trPr>
          <w:tblHeader w:val="true"/>
        </w:trPr>
        <w:tc>
          <w:tcPr>
            <w:tcW w:type="dxa" w:w="3600"/>
            <w:shd w:fill="EDE7F6"/>
            <w:tcMar>
              <w:top w:w="80" w:type="dxa"/>
              <w:start w:w="90" w:type="dxa"/>
              <w:bottom w:w="80" w:type="dxa"/>
              <w:end w:w="90" w:type="dxa"/>
            </w:tcMar>
          </w:tcPr>
          <w:p>
            <w:r>
              <w:rPr>
                <w:b/>
                <w:color w:val="3E2365"/>
                <w:sz w:val="18"/>
              </w:rPr>
              <w:t>Employer / Organization</w:t>
            </w:r>
          </w:p>
        </w:tc>
        <w:tc>
          <w:tcPr>
            <w:tcW w:type="dxa" w:w="3600"/>
            <w:shd w:fill="EDE7F6"/>
            <w:tcMar>
              <w:top w:w="80" w:type="dxa"/>
              <w:start w:w="90" w:type="dxa"/>
              <w:bottom w:w="80" w:type="dxa"/>
              <w:end w:w="90" w:type="dxa"/>
            </w:tcMar>
          </w:tcPr>
          <w:p>
            <w:r>
              <w:rPr>
                <w:b/>
                <w:color w:val="3E2365"/>
                <w:sz w:val="18"/>
              </w:rPr>
              <w:t>Role or Activity</w:t>
            </w:r>
          </w:p>
        </w:tc>
        <w:tc>
          <w:tcPr>
            <w:tcW w:type="dxa" w:w="1872"/>
            <w:shd w:fill="EDE7F6"/>
            <w:tcMar>
              <w:top w:w="80" w:type="dxa"/>
              <w:start w:w="90" w:type="dxa"/>
              <w:bottom w:w="80" w:type="dxa"/>
              <w:end w:w="90" w:type="dxa"/>
            </w:tcMar>
          </w:tcPr>
          <w:p>
            <w:r>
              <w:rPr>
                <w:b/>
                <w:color w:val="3E2365"/>
                <w:sz w:val="18"/>
              </w:rPr>
              <w:t>Dates</w:t>
            </w:r>
          </w:p>
        </w:tc>
        <w:tc>
          <w:tcPr>
            <w:tcW w:type="dxa" w:w="1872"/>
            <w:shd w:fill="EDE7F6"/>
            <w:tcMar>
              <w:top w:w="80" w:type="dxa"/>
              <w:start w:w="90" w:type="dxa"/>
              <w:bottom w:w="80" w:type="dxa"/>
              <w:end w:w="90" w:type="dxa"/>
            </w:tcMar>
          </w:tcPr>
          <w:p>
            <w:r>
              <w:rPr>
                <w:b/>
                <w:color w:val="3E2365"/>
                <w:sz w:val="18"/>
              </w:rPr>
              <w:t>Hours per Week</w:t>
            </w:r>
          </w:p>
        </w:tc>
      </w:tr>
      <w:tr>
        <w:tc>
          <w:tcPr>
            <w:tcW w:type="dxa" w:w="3600"/>
            <w:shd w:fill="FAFAFA"/>
            <w:tcMar>
              <w:top w:w="130" w:type="dxa"/>
              <w:start w:w="90" w:type="dxa"/>
              <w:bottom w:w="130" w:type="dxa"/>
              <w:end w:w="90" w:type="dxa"/>
            </w:tcMar>
          </w:tcPr>
          <w:p>
            <w:sdt>
              <w:sdtPr>
                <w:tag w:val="ACTIVITY_1_1"/>
                <w:alias w:val="ACTIVITY_1_1"/>
                <w:text/>
              </w:sdtPr>
              <w:sdtContent>
                <w:r>
                  <w:rPr>
                    <w:color w:val="6E6E6E"/>
                  </w:rPr>
                  <w:t>{{ACTIVITY_1_1}}</w:t>
                </w:r>
              </w:sdtContent>
            </w:sdt>
          </w:p>
        </w:tc>
        <w:tc>
          <w:tcPr>
            <w:tcW w:type="dxa" w:w="3600"/>
            <w:shd w:fill="FAFAFA"/>
            <w:tcMar>
              <w:top w:w="130" w:type="dxa"/>
              <w:start w:w="90" w:type="dxa"/>
              <w:bottom w:w="130" w:type="dxa"/>
              <w:end w:w="90" w:type="dxa"/>
            </w:tcMar>
          </w:tcPr>
          <w:p>
            <w:sdt>
              <w:sdtPr>
                <w:tag w:val="ACTIVITY_1_2"/>
                <w:alias w:val="ACTIVITY_1_2"/>
                <w:text/>
              </w:sdtPr>
              <w:sdtContent>
                <w:r>
                  <w:rPr>
                    <w:color w:val="6E6E6E"/>
                  </w:rPr>
                  <w:t>{{ACTIVITY_1_2}}</w:t>
                </w:r>
              </w:sdtContent>
            </w:sdt>
          </w:p>
        </w:tc>
        <w:tc>
          <w:tcPr>
            <w:tcW w:type="dxa" w:w="1872"/>
            <w:shd w:fill="FAFAFA"/>
            <w:tcMar>
              <w:top w:w="130" w:type="dxa"/>
              <w:start w:w="90" w:type="dxa"/>
              <w:bottom w:w="130" w:type="dxa"/>
              <w:end w:w="90" w:type="dxa"/>
            </w:tcMar>
          </w:tcPr>
          <w:p>
            <w:sdt>
              <w:sdtPr>
                <w:tag w:val="ACTIVITY_1_3"/>
                <w:alias w:val="ACTIVITY_1_3"/>
                <w:text/>
              </w:sdtPr>
              <w:sdtContent>
                <w:r>
                  <w:rPr>
                    <w:color w:val="6E6E6E"/>
                  </w:rPr>
                  <w:t>{{ACTIVITY_1_3}}</w:t>
                </w:r>
              </w:sdtContent>
            </w:sdt>
          </w:p>
        </w:tc>
        <w:tc>
          <w:tcPr>
            <w:tcW w:type="dxa" w:w="1872"/>
            <w:shd w:fill="FAFAFA"/>
            <w:tcMar>
              <w:top w:w="130" w:type="dxa"/>
              <w:start w:w="90" w:type="dxa"/>
              <w:bottom w:w="130" w:type="dxa"/>
              <w:end w:w="90" w:type="dxa"/>
            </w:tcMar>
          </w:tcPr>
          <w:p>
            <w:sdt>
              <w:sdtPr>
                <w:tag w:val="ACTIVITY_1_4"/>
                <w:alias w:val="ACTIVITY_1_4"/>
                <w:text/>
              </w:sdtPr>
              <w:sdtContent>
                <w:r>
                  <w:rPr>
                    <w:color w:val="6E6E6E"/>
                  </w:rPr>
                  <w:t>{{ACTIVITY_1_4}}</w:t>
                </w:r>
              </w:sdtContent>
            </w:sdt>
          </w:p>
        </w:tc>
      </w:tr>
      <w:tr>
        <w:tc>
          <w:tcPr>
            <w:tcW w:type="dxa" w:w="3600"/>
            <w:shd w:fill="FAFAFA"/>
            <w:tcMar>
              <w:top w:w="130" w:type="dxa"/>
              <w:start w:w="90" w:type="dxa"/>
              <w:bottom w:w="130" w:type="dxa"/>
              <w:end w:w="90" w:type="dxa"/>
            </w:tcMar>
          </w:tcPr>
          <w:p>
            <w:sdt>
              <w:sdtPr>
                <w:tag w:val="ACTIVITY_2_1"/>
                <w:alias w:val="ACTIVITY_2_1"/>
                <w:text/>
              </w:sdtPr>
              <w:sdtContent>
                <w:r>
                  <w:rPr>
                    <w:color w:val="6E6E6E"/>
                  </w:rPr>
                  <w:t>{{ACTIVITY_2_1}}</w:t>
                </w:r>
              </w:sdtContent>
            </w:sdt>
          </w:p>
        </w:tc>
        <w:tc>
          <w:tcPr>
            <w:tcW w:type="dxa" w:w="3600"/>
            <w:shd w:fill="FAFAFA"/>
            <w:tcMar>
              <w:top w:w="130" w:type="dxa"/>
              <w:start w:w="90" w:type="dxa"/>
              <w:bottom w:w="130" w:type="dxa"/>
              <w:end w:w="90" w:type="dxa"/>
            </w:tcMar>
          </w:tcPr>
          <w:p>
            <w:sdt>
              <w:sdtPr>
                <w:tag w:val="ACTIVITY_2_2"/>
                <w:alias w:val="ACTIVITY_2_2"/>
                <w:text/>
              </w:sdtPr>
              <w:sdtContent>
                <w:r>
                  <w:rPr>
                    <w:color w:val="6E6E6E"/>
                  </w:rPr>
                  <w:t>{{ACTIVITY_2_2}}</w:t>
                </w:r>
              </w:sdtContent>
            </w:sdt>
          </w:p>
        </w:tc>
        <w:tc>
          <w:tcPr>
            <w:tcW w:type="dxa" w:w="1872"/>
            <w:shd w:fill="FAFAFA"/>
            <w:tcMar>
              <w:top w:w="130" w:type="dxa"/>
              <w:start w:w="90" w:type="dxa"/>
              <w:bottom w:w="130" w:type="dxa"/>
              <w:end w:w="90" w:type="dxa"/>
            </w:tcMar>
          </w:tcPr>
          <w:p>
            <w:sdt>
              <w:sdtPr>
                <w:tag w:val="ACTIVITY_2_3"/>
                <w:alias w:val="ACTIVITY_2_3"/>
                <w:text/>
              </w:sdtPr>
              <w:sdtContent>
                <w:r>
                  <w:rPr>
                    <w:color w:val="6E6E6E"/>
                  </w:rPr>
                  <w:t>{{ACTIVITY_2_3}}</w:t>
                </w:r>
              </w:sdtContent>
            </w:sdt>
          </w:p>
        </w:tc>
        <w:tc>
          <w:tcPr>
            <w:tcW w:type="dxa" w:w="1872"/>
            <w:shd w:fill="FAFAFA"/>
            <w:tcMar>
              <w:top w:w="130" w:type="dxa"/>
              <w:start w:w="90" w:type="dxa"/>
              <w:bottom w:w="130" w:type="dxa"/>
              <w:end w:w="90" w:type="dxa"/>
            </w:tcMar>
          </w:tcPr>
          <w:p>
            <w:sdt>
              <w:sdtPr>
                <w:tag w:val="ACTIVITY_2_4"/>
                <w:alias w:val="ACTIVITY_2_4"/>
                <w:text/>
              </w:sdtPr>
              <w:sdtContent>
                <w:r>
                  <w:rPr>
                    <w:color w:val="6E6E6E"/>
                  </w:rPr>
                  <w:t>{{ACTIVITY_2_4}}</w:t>
                </w:r>
              </w:sdtContent>
            </w:sdt>
          </w:p>
        </w:tc>
      </w:tr>
      <w:tr>
        <w:tc>
          <w:tcPr>
            <w:tcW w:type="dxa" w:w="3600"/>
            <w:shd w:fill="FAFAFA"/>
            <w:tcMar>
              <w:top w:w="130" w:type="dxa"/>
              <w:start w:w="90" w:type="dxa"/>
              <w:bottom w:w="130" w:type="dxa"/>
              <w:end w:w="90" w:type="dxa"/>
            </w:tcMar>
          </w:tcPr>
          <w:p>
            <w:sdt>
              <w:sdtPr>
                <w:tag w:val="ACTIVITY_3_1"/>
                <w:alias w:val="ACTIVITY_3_1"/>
                <w:text/>
              </w:sdtPr>
              <w:sdtContent>
                <w:r>
                  <w:rPr>
                    <w:color w:val="6E6E6E"/>
                  </w:rPr>
                  <w:t>{{ACTIVITY_3_1}}</w:t>
                </w:r>
              </w:sdtContent>
            </w:sdt>
          </w:p>
        </w:tc>
        <w:tc>
          <w:tcPr>
            <w:tcW w:type="dxa" w:w="3600"/>
            <w:shd w:fill="FAFAFA"/>
            <w:tcMar>
              <w:top w:w="130" w:type="dxa"/>
              <w:start w:w="90" w:type="dxa"/>
              <w:bottom w:w="130" w:type="dxa"/>
              <w:end w:w="90" w:type="dxa"/>
            </w:tcMar>
          </w:tcPr>
          <w:p>
            <w:sdt>
              <w:sdtPr>
                <w:tag w:val="ACTIVITY_3_2"/>
                <w:alias w:val="ACTIVITY_3_2"/>
                <w:text/>
              </w:sdtPr>
              <w:sdtContent>
                <w:r>
                  <w:rPr>
                    <w:color w:val="6E6E6E"/>
                  </w:rPr>
                  <w:t>{{ACTIVITY_3_2}}</w:t>
                </w:r>
              </w:sdtContent>
            </w:sdt>
          </w:p>
        </w:tc>
        <w:tc>
          <w:tcPr>
            <w:tcW w:type="dxa" w:w="1872"/>
            <w:shd w:fill="FAFAFA"/>
            <w:tcMar>
              <w:top w:w="130" w:type="dxa"/>
              <w:start w:w="90" w:type="dxa"/>
              <w:bottom w:w="130" w:type="dxa"/>
              <w:end w:w="90" w:type="dxa"/>
            </w:tcMar>
          </w:tcPr>
          <w:p>
            <w:sdt>
              <w:sdtPr>
                <w:tag w:val="ACTIVITY_3_3"/>
                <w:alias w:val="ACTIVITY_3_3"/>
                <w:text/>
              </w:sdtPr>
              <w:sdtContent>
                <w:r>
                  <w:rPr>
                    <w:color w:val="6E6E6E"/>
                  </w:rPr>
                  <w:t>{{ACTIVITY_3_3}}</w:t>
                </w:r>
              </w:sdtContent>
            </w:sdt>
          </w:p>
        </w:tc>
        <w:tc>
          <w:tcPr>
            <w:tcW w:type="dxa" w:w="1872"/>
            <w:shd w:fill="FAFAFA"/>
            <w:tcMar>
              <w:top w:w="130" w:type="dxa"/>
              <w:start w:w="90" w:type="dxa"/>
              <w:bottom w:w="130" w:type="dxa"/>
              <w:end w:w="90" w:type="dxa"/>
            </w:tcMar>
          </w:tcPr>
          <w:p>
            <w:sdt>
              <w:sdtPr>
                <w:tag w:val="ACTIVITY_3_4"/>
                <w:alias w:val="ACTIVITY_3_4"/>
                <w:text/>
              </w:sdtPr>
              <w:sdtContent>
                <w:r>
                  <w:rPr>
                    <w:color w:val="6E6E6E"/>
                  </w:rPr>
                  <w:t>{{ACTIVITY_3_4}}</w:t>
                </w:r>
              </w:sdtContent>
            </w:sdt>
          </w:p>
        </w:tc>
      </w:tr>
      <w:tr>
        <w:tc>
          <w:tcPr>
            <w:tcW w:type="dxa" w:w="3600"/>
            <w:shd w:fill="FAFAFA"/>
            <w:tcMar>
              <w:top w:w="130" w:type="dxa"/>
              <w:start w:w="90" w:type="dxa"/>
              <w:bottom w:w="130" w:type="dxa"/>
              <w:end w:w="90" w:type="dxa"/>
            </w:tcMar>
          </w:tcPr>
          <w:p>
            <w:sdt>
              <w:sdtPr>
                <w:tag w:val="ACTIVITY_4_1"/>
                <w:alias w:val="ACTIVITY_4_1"/>
                <w:text/>
              </w:sdtPr>
              <w:sdtContent>
                <w:r>
                  <w:rPr>
                    <w:color w:val="6E6E6E"/>
                  </w:rPr>
                  <w:t>{{ACTIVITY_4_1}}</w:t>
                </w:r>
              </w:sdtContent>
            </w:sdt>
          </w:p>
        </w:tc>
        <w:tc>
          <w:tcPr>
            <w:tcW w:type="dxa" w:w="3600"/>
            <w:shd w:fill="FAFAFA"/>
            <w:tcMar>
              <w:top w:w="130" w:type="dxa"/>
              <w:start w:w="90" w:type="dxa"/>
              <w:bottom w:w="130" w:type="dxa"/>
              <w:end w:w="90" w:type="dxa"/>
            </w:tcMar>
          </w:tcPr>
          <w:p>
            <w:sdt>
              <w:sdtPr>
                <w:tag w:val="ACTIVITY_4_2"/>
                <w:alias w:val="ACTIVITY_4_2"/>
                <w:text/>
              </w:sdtPr>
              <w:sdtContent>
                <w:r>
                  <w:rPr>
                    <w:color w:val="6E6E6E"/>
                  </w:rPr>
                  <w:t>{{ACTIVITY_4_2}}</w:t>
                </w:r>
              </w:sdtContent>
            </w:sdt>
          </w:p>
        </w:tc>
        <w:tc>
          <w:tcPr>
            <w:tcW w:type="dxa" w:w="1872"/>
            <w:shd w:fill="FAFAFA"/>
            <w:tcMar>
              <w:top w:w="130" w:type="dxa"/>
              <w:start w:w="90" w:type="dxa"/>
              <w:bottom w:w="130" w:type="dxa"/>
              <w:end w:w="90" w:type="dxa"/>
            </w:tcMar>
          </w:tcPr>
          <w:p>
            <w:sdt>
              <w:sdtPr>
                <w:tag w:val="ACTIVITY_4_3"/>
                <w:alias w:val="ACTIVITY_4_3"/>
                <w:text/>
              </w:sdtPr>
              <w:sdtContent>
                <w:r>
                  <w:rPr>
                    <w:color w:val="6E6E6E"/>
                  </w:rPr>
                  <w:t>{{ACTIVITY_4_3}}</w:t>
                </w:r>
              </w:sdtContent>
            </w:sdt>
          </w:p>
        </w:tc>
        <w:tc>
          <w:tcPr>
            <w:tcW w:type="dxa" w:w="1872"/>
            <w:shd w:fill="FAFAFA"/>
            <w:tcMar>
              <w:top w:w="130" w:type="dxa"/>
              <w:start w:w="90" w:type="dxa"/>
              <w:bottom w:w="130" w:type="dxa"/>
              <w:end w:w="90" w:type="dxa"/>
            </w:tcMar>
          </w:tcPr>
          <w:p>
            <w:sdt>
              <w:sdtPr>
                <w:tag w:val="ACTIVITY_4_4"/>
                <w:alias w:val="ACTIVITY_4_4"/>
                <w:text/>
              </w:sdtPr>
              <w:sdtContent>
                <w:r>
                  <w:rPr>
                    <w:color w:val="6E6E6E"/>
                  </w:rPr>
                  <w:t>{{ACTIVITY_4_4}}</w:t>
                </w:r>
              </w:sdtContent>
            </w:sdt>
          </w:p>
        </w:tc>
      </w:tr>
    </w:tbl>
    <w:p/>
    <w:p>
      <w:pPr>
        <w:pStyle w:val="SectionHeading"/>
      </w:pPr>
      <w:r>
        <w:t>6. Personal Statements</w:t>
      </w:r>
    </w:p>
    <w:p>
      <w:pPr>
        <w:pStyle w:val="Prompt"/>
      </w:pPr>
      <w:r>
        <w:t>Provide a brief response to each topic. Additional pages may be attached if more space is needed.</w:t>
      </w:r>
    </w:p>
    <w:p>
      <w:pPr>
        <w:pStyle w:val="Subheading"/>
      </w:pPr>
      <w:r>
        <w:t>Academic</w:t>
      </w:r>
    </w:p>
    <w:p>
      <w:pPr>
        <w:pStyle w:val="Prompt"/>
      </w:pPr>
      <w:r>
        <w:t>How would you evaluate your overall academic performance? Describe any unique circumstances, events, or experiences that affected your education.</w:t>
      </w:r>
    </w:p>
    <w:tbl>
      <w:tblPr>
        <w:tblStyle w:val="TableGrid"/>
        <w:tblW w:type="auto" w:w="0"/>
        <w:jc w:val="center"/>
        <w:tblLook w:firstColumn="1" w:firstRow="1" w:lastColumn="0" w:lastRow="0" w:noHBand="0" w:noVBand="1" w:val="04A0"/>
      </w:tblPr>
      <w:tblGrid>
        <w:gridCol w:w="10368"/>
      </w:tblGrid>
      <w:tr>
        <w:tc>
          <w:tcPr>
            <w:tcW w:type="dxa" w:w="10368"/>
            <w:shd w:fill="FAFAFA"/>
            <w:tcMar>
              <w:top w:w="110" w:type="dxa"/>
              <w:start w:w="90" w:type="dxa"/>
              <w:bottom w:w="110" w:type="dxa"/>
              <w:end w:w="90" w:type="dxa"/>
            </w:tcMar>
          </w:tcPr>
          <w:p>
            <w:pPr>
              <w:spacing w:after="0"/>
            </w:pPr>
            <w:sdt>
              <w:sdtPr>
                <w:tag w:val="ACADEMIC_STATEMENT"/>
                <w:alias w:val="ACADEMIC_STATEMENT"/>
                <w:text/>
              </w:sdtPr>
              <w:sdtContent>
                <w:r>
                  <w:rPr>
                    <w:color w:val="646464"/>
                  </w:rPr>
                  <w:t>{{ACADEMIC_STATEMENT}}</w:t>
                </w:r>
              </w:sdtContent>
            </w:sdt>
          </w:p>
          <w:p>
            <w:r>
              <w:t xml:space="preserve"> </w:t>
            </w:r>
          </w:p>
          <w:p>
            <w:r>
              <w:t xml:space="preserve"> </w:t>
            </w:r>
          </w:p>
          <w:p>
            <w:r>
              <w:t xml:space="preserve"> </w:t>
            </w:r>
          </w:p>
          <w:p>
            <w:r>
              <w:t xml:space="preserve"> </w:t>
            </w:r>
          </w:p>
        </w:tc>
      </w:tr>
    </w:tbl>
    <w:p>
      <w:pPr>
        <w:spacing w:after="40"/>
      </w:pPr>
    </w:p>
    <w:p>
      <w:pPr>
        <w:pStyle w:val="Subheading"/>
      </w:pPr>
      <w:r>
        <w:t>Leadership</w:t>
      </w:r>
    </w:p>
    <w:p>
      <w:pPr>
        <w:pStyle w:val="Prompt"/>
      </w:pPr>
      <w:r>
        <w:t>What leadership qualities do you possess, and how have you demonstrated them through school, work, extracurricular activities, or volunteer service?</w:t>
      </w:r>
    </w:p>
    <w:tbl>
      <w:tblPr>
        <w:tblStyle w:val="TableGrid"/>
        <w:tblW w:type="auto" w:w="0"/>
        <w:jc w:val="center"/>
        <w:tblLook w:firstColumn="1" w:firstRow="1" w:lastColumn="0" w:lastRow="0" w:noHBand="0" w:noVBand="1" w:val="04A0"/>
      </w:tblPr>
      <w:tblGrid>
        <w:gridCol w:w="10368"/>
      </w:tblGrid>
      <w:tr>
        <w:tc>
          <w:tcPr>
            <w:tcW w:type="dxa" w:w="10368"/>
            <w:shd w:fill="FAFAFA"/>
            <w:tcMar>
              <w:top w:w="110" w:type="dxa"/>
              <w:start w:w="90" w:type="dxa"/>
              <w:bottom w:w="110" w:type="dxa"/>
              <w:end w:w="90" w:type="dxa"/>
            </w:tcMar>
          </w:tcPr>
          <w:p>
            <w:pPr>
              <w:spacing w:after="0"/>
            </w:pPr>
            <w:sdt>
              <w:sdtPr>
                <w:tag w:val="LEADERSHIP_STATEMENT"/>
                <w:alias w:val="LEADERSHIP_STATEMENT"/>
                <w:text/>
              </w:sdtPr>
              <w:sdtContent>
                <w:r>
                  <w:rPr>
                    <w:color w:val="646464"/>
                  </w:rPr>
                  <w:t>{{LEADERSHIP_STATEMENT}}</w:t>
                </w:r>
              </w:sdtContent>
            </w:sdt>
          </w:p>
          <w:p>
            <w:r>
              <w:t xml:space="preserve"> </w:t>
            </w:r>
          </w:p>
          <w:p>
            <w:r>
              <w:t xml:space="preserve"> </w:t>
            </w:r>
          </w:p>
          <w:p>
            <w:r>
              <w:t xml:space="preserve"> </w:t>
            </w:r>
          </w:p>
          <w:p>
            <w:r>
              <w:t xml:space="preserve"> </w:t>
            </w:r>
          </w:p>
        </w:tc>
      </w:tr>
    </w:tbl>
    <w:p>
      <w:pPr>
        <w:spacing w:after="40"/>
      </w:pPr>
    </w:p>
    <w:p>
      <w:r>
        <w:br/>
      </w:r>
    </w:p>
    <w:p>
      <w:pPr>
        <w:pStyle w:val="Subheading"/>
      </w:pPr>
      <w:r>
        <w:t>Personal Goals</w:t>
      </w:r>
    </w:p>
    <w:p>
      <w:pPr>
        <w:pStyle w:val="Prompt"/>
      </w:pPr>
      <w:r>
        <w:t>What are your short- and long-term goals? How will a college education help you achieve them?</w:t>
      </w:r>
    </w:p>
    <w:tbl>
      <w:tblPr>
        <w:tblStyle w:val="TableGrid"/>
        <w:tblW w:type="auto" w:w="0"/>
        <w:jc w:val="center"/>
        <w:tblLook w:firstColumn="1" w:firstRow="1" w:lastColumn="0" w:lastRow="0" w:noHBand="0" w:noVBand="1" w:val="04A0"/>
      </w:tblPr>
      <w:tblGrid>
        <w:gridCol w:w="10368"/>
      </w:tblGrid>
      <w:tr>
        <w:tc>
          <w:tcPr>
            <w:tcW w:type="dxa" w:w="10368"/>
            <w:shd w:fill="FAFAFA"/>
            <w:tcMar>
              <w:top w:w="110" w:type="dxa"/>
              <w:start w:w="90" w:type="dxa"/>
              <w:bottom w:w="110" w:type="dxa"/>
              <w:end w:w="90" w:type="dxa"/>
            </w:tcMar>
          </w:tcPr>
          <w:p>
            <w:pPr>
              <w:spacing w:after="0"/>
            </w:pPr>
            <w:sdt>
              <w:sdtPr>
                <w:tag w:val="PERSONAL_STATEMENT"/>
                <w:alias w:val="PERSONAL_STATEMENT"/>
                <w:text/>
              </w:sdtPr>
              <w:sdtContent>
                <w:r>
                  <w:rPr>
                    <w:color w:val="646464"/>
                  </w:rPr>
                  <w:t>{{PERSONAL_STATEMENT}}</w:t>
                </w:r>
              </w:sdtContent>
            </w:sdt>
          </w:p>
          <w:p>
            <w:r>
              <w:t xml:space="preserve"> </w:t>
            </w:r>
          </w:p>
          <w:p>
            <w:r>
              <w:t xml:space="preserve"> </w:t>
            </w:r>
          </w:p>
          <w:p>
            <w:r>
              <w:t xml:space="preserve"> </w:t>
            </w:r>
          </w:p>
          <w:p>
            <w:r>
              <w:t xml:space="preserve"> </w:t>
            </w:r>
          </w:p>
          <w:p>
            <w:r>
              <w:t xml:space="preserve"> </w:t>
            </w:r>
          </w:p>
        </w:tc>
      </w:tr>
    </w:tbl>
    <w:p>
      <w:pPr>
        <w:spacing w:after="40"/>
      </w:pPr>
    </w:p>
    <w:p>
      <w:r>
        <w:br/>
      </w:r>
    </w:p>
    <w:p>
      <w:pPr>
        <w:pStyle w:val="Subheading"/>
      </w:pPr>
      <w:r>
        <w:t>Community</w:t>
      </w:r>
    </w:p>
    <w:p>
      <w:pPr>
        <w:pStyle w:val="Prompt"/>
      </w:pPr>
      <w:r>
        <w:t>Describe your experience living and growing up in Seabrook. What do you enjoy most, and what is one thing you would like to improve or see changed in the community?</w:t>
      </w:r>
    </w:p>
    <w:tbl>
      <w:tblPr>
        <w:tblStyle w:val="TableGrid"/>
        <w:tblW w:type="auto" w:w="0"/>
        <w:jc w:val="center"/>
        <w:tblLook w:firstColumn="1" w:firstRow="1" w:lastColumn="0" w:lastRow="0" w:noHBand="0" w:noVBand="1" w:val="04A0"/>
      </w:tblPr>
      <w:tblGrid>
        <w:gridCol w:w="10368"/>
      </w:tblGrid>
      <w:tr>
        <w:tc>
          <w:tcPr>
            <w:tcW w:type="dxa" w:w="10368"/>
            <w:shd w:fill="FAFAFA"/>
            <w:tcMar>
              <w:top w:w="110" w:type="dxa"/>
              <w:start w:w="90" w:type="dxa"/>
              <w:bottom w:w="110" w:type="dxa"/>
              <w:end w:w="90" w:type="dxa"/>
            </w:tcMar>
          </w:tcPr>
          <w:p>
            <w:pPr>
              <w:spacing w:after="0"/>
            </w:pPr>
            <w:sdt>
              <w:sdtPr>
                <w:tag w:val="COMMUNITY_STATEMENT"/>
                <w:alias w:val="COMMUNITY_STATEMENT"/>
                <w:text/>
              </w:sdtPr>
              <w:sdtContent>
                <w:r>
                  <w:rPr>
                    <w:color w:val="646464"/>
                  </w:rPr>
                  <w:t>{{COMMUNITY_STATEMENT}}</w:t>
                </w:r>
              </w:sdtContent>
            </w:sdt>
          </w:p>
          <w:p>
            <w:r>
              <w:t xml:space="preserve"> </w:t>
            </w:r>
          </w:p>
          <w:p>
            <w:r>
              <w:t xml:space="preserve"> </w:t>
            </w:r>
          </w:p>
          <w:p>
            <w:r>
              <w:t xml:space="preserve"> </w:t>
            </w:r>
          </w:p>
          <w:p>
            <w:r>
              <w:t xml:space="preserve"> </w:t>
            </w:r>
          </w:p>
          <w:p>
            <w:r>
              <w:t xml:space="preserve"> </w:t>
            </w:r>
          </w:p>
        </w:tc>
      </w:tr>
    </w:tbl>
    <w:p>
      <w:pPr>
        <w:spacing w:after="40"/>
      </w:pPr>
    </w:p>
    <w:p>
      <w:pPr>
        <w:pStyle w:val="SectionHeading"/>
      </w:pPr>
      <w:r>
        <w:t>7. Required Attachments</w:t>
      </w:r>
    </w:p>
    <w:p>
      <w:pPr>
        <w:spacing w:after="40"/>
        <w:ind w:left="288"/>
      </w:pPr>
      <w:r>
        <w:t>☐ Copy of current high school transcript</w:t>
      </w:r>
    </w:p>
    <w:p>
      <w:pPr>
        <w:spacing w:after="40"/>
        <w:ind w:left="288"/>
      </w:pPr>
      <w:r>
        <w:t>☐ Head-and-shoulders photograph suitable for publication</w:t>
      </w:r>
    </w:p>
    <w:p>
      <w:pPr>
        <w:spacing w:after="40"/>
        <w:ind w:left="288"/>
      </w:pPr>
      <w:r>
        <w:t>☐ Additional statement pages, if applicable</w:t>
      </w:r>
    </w:p>
    <w:p>
      <w:pPr>
        <w:pStyle w:val="SectionHeading"/>
      </w:pPr>
      <w:r>
        <w:t>8. Applicant Certification</w:t>
      </w:r>
    </w:p>
    <w:p>
      <w:pPr>
        <w:spacing w:after="120"/>
      </w:pPr>
      <w:r>
        <w:t>I certify that the information provided in this application is true and complete to the best of my knowledge. I understand that incomplete applications may not be considered.</w:t>
      </w:r>
    </w:p>
    <w:tbl>
      <w:tblPr>
        <w:tblStyle w:val="TableGrid"/>
        <w:tblW w:type="auto" w:w="0"/>
        <w:jc w:val="center"/>
        <w:tblLayout w:type="fixed"/>
        <w:tblLook w:firstColumn="1" w:firstRow="1" w:lastColumn="0" w:lastRow="0" w:noHBand="0" w:noVBand="1" w:val="04A0"/>
      </w:tblPr>
      <w:tblGrid>
        <w:gridCol w:w="5184"/>
        <w:gridCol w:w="5184"/>
      </w:tblGrid>
      <w:tr>
        <w:tc>
          <w:tcPr>
            <w:tcW w:type="dxa" w:w="3311"/>
            <w:vAlign w:val="center"/>
            <w:tcMar>
              <w:top w:w="80" w:type="dxa"/>
              <w:start w:w="90" w:type="dxa"/>
              <w:bottom w:w="80" w:type="dxa"/>
              <w:end w:w="90" w:type="dxa"/>
            </w:tcMar>
            <w:shd w:fill="EDE7F6"/>
          </w:tcPr>
          <w:p>
            <w:pPr>
              <w:spacing w:after="0"/>
            </w:pPr>
            <w:r>
              <w:rPr>
                <w:b/>
                <w:color w:val="3E2365"/>
                <w:sz w:val="19"/>
              </w:rPr>
              <w:t>Applicant Signature (type name)</w:t>
            </w:r>
          </w:p>
        </w:tc>
        <w:tc>
          <w:tcPr>
            <w:tcW w:type="dxa" w:w="6623"/>
            <w:vAlign w:val="center"/>
            <w:tcMar>
              <w:top w:w="80" w:type="dxa"/>
              <w:start w:w="90" w:type="dxa"/>
              <w:bottom w:w="80" w:type="dxa"/>
              <w:end w:w="90" w:type="dxa"/>
            </w:tcMar>
            <w:shd w:fill="FAFAFA"/>
          </w:tcPr>
          <w:p>
            <w:pPr>
              <w:spacing w:after="0"/>
            </w:pPr>
            <w:sdt>
              <w:sdtPr>
                <w:tag w:val="SIGNATURE"/>
                <w:alias w:val="SIGNATURE"/>
                <w:text/>
              </w:sdtPr>
              <w:sdtContent>
                <w:r>
                  <w:rPr>
                    <w:color w:val="5A5A5A"/>
                    <w:sz w:val="20"/>
                  </w:rPr>
                  <w:t>{{SIGNATURE}}</w:t>
                </w:r>
              </w:sdtContent>
            </w:sdt>
          </w:p>
        </w:tc>
      </w:tr>
      <w:tr>
        <w:tc>
          <w:tcPr>
            <w:tcW w:type="dxa" w:w="3311"/>
            <w:vAlign w:val="center"/>
            <w:tcMar>
              <w:top w:w="80" w:type="dxa"/>
              <w:start w:w="90" w:type="dxa"/>
              <w:bottom w:w="80" w:type="dxa"/>
              <w:end w:w="90" w:type="dxa"/>
            </w:tcMar>
            <w:shd w:fill="EDE7F6"/>
          </w:tcPr>
          <w:p>
            <w:pPr>
              <w:spacing w:after="0"/>
            </w:pPr>
            <w:r>
              <w:rPr>
                <w:b/>
                <w:color w:val="3E2365"/>
                <w:sz w:val="19"/>
              </w:rPr>
              <w:t>Date</w:t>
            </w:r>
          </w:p>
        </w:tc>
        <w:tc>
          <w:tcPr>
            <w:tcW w:type="dxa" w:w="6623"/>
            <w:vAlign w:val="center"/>
            <w:tcMar>
              <w:top w:w="80" w:type="dxa"/>
              <w:start w:w="90" w:type="dxa"/>
              <w:bottom w:w="80" w:type="dxa"/>
              <w:end w:w="90" w:type="dxa"/>
            </w:tcMar>
            <w:shd w:fill="FAFAFA"/>
          </w:tcPr>
          <w:p>
            <w:pPr>
              <w:spacing w:after="0"/>
            </w:pPr>
            <w:sdt>
              <w:sdtPr>
                <w:tag w:val="SIGNATURE_DATE"/>
                <w:alias w:val="SIGNATURE_DATE"/>
                <w:text/>
              </w:sdtPr>
              <w:sdtContent>
                <w:r>
                  <w:rPr>
                    <w:color w:val="5A5A5A"/>
                    <w:sz w:val="20"/>
                  </w:rPr>
                  <w:t>{{SIGNATURE_DATE}}</w:t>
                </w:r>
              </w:sdtContent>
            </w:sdt>
          </w:p>
        </w:tc>
      </w:tr>
    </w:tbl>
    <w:p>
      <w:pPr>
        <w:spacing w:after="40"/>
      </w:pPr>
    </w:p>
    <w:tbl>
      <w:tblPr>
        <w:tblStyle w:val="TableGrid"/>
        <w:tblW w:type="auto" w:w="0"/>
        <w:jc w:val="center"/>
        <w:tblLook w:firstColumn="1" w:firstRow="1" w:lastColumn="0" w:lastRow="0" w:noHBand="0" w:noVBand="1" w:val="04A0"/>
      </w:tblPr>
      <w:tblGrid>
        <w:gridCol w:w="10368"/>
      </w:tblGrid>
      <w:tr>
        <w:tc>
          <w:tcPr>
            <w:tcW w:type="dxa" w:w="10368"/>
            <w:shd w:fill="F3EFF8"/>
            <w:tcMar>
              <w:top w:w="120" w:type="dxa"/>
              <w:start w:w="130" w:type="dxa"/>
              <w:bottom w:w="120" w:type="dxa"/>
              <w:end w:w="130" w:type="dxa"/>
            </w:tcMar>
          </w:tcPr>
          <w:p>
            <w:pPr>
              <w:jc w:val="center"/>
            </w:pPr>
            <w:r>
              <w:rPr>
                <w:b/>
                <w:color w:val="3E2365"/>
                <w:sz w:val="21"/>
              </w:rPr>
              <w:t>SUBMISSION INFORMATION</w:t>
            </w:r>
          </w:p>
          <w:p>
            <w:pPr>
              <w:jc w:val="center"/>
            </w:pPr>
            <w:r>
              <w:t>The Seabrook Association | P.O. Box 1107 | Seabrook, TX 77586</w:t>
            </w:r>
          </w:p>
          <w:p>
            <w:pPr>
              <w:jc w:val="center"/>
            </w:pPr>
            <w:r>
              <w:t>www.seabrookassociation.org | seabrookassociation@gmail.com</w:t>
            </w:r>
          </w:p>
        </w:tc>
      </w:tr>
    </w:tbl>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6E6E"/>
        <w:sz w:val="16"/>
      </w:rPr>
      <w:t>Seabrook Association Scholarship Application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spacing w:before="160" w:after="80"/>
    </w:pPr>
    <w:rPr>
      <w:rFonts w:ascii="Arial" w:hAnsi="Arial" w:eastAsia="Arial"/>
      <w:b/>
      <w:color w:val="3E2365"/>
      <w:sz w:val="24"/>
    </w:rPr>
  </w:style>
  <w:style w:type="paragraph" w:customStyle="1" w:styleId="Subheading">
    <w:name w:val="Subheading"/>
    <w:pPr>
      <w:spacing w:before="120" w:after="40"/>
    </w:pPr>
    <w:rPr>
      <w:rFonts w:ascii="Arial" w:hAnsi="Arial" w:eastAsia="Arial"/>
      <w:b/>
      <w:color w:val="3E2365"/>
      <w:sz w:val="21"/>
    </w:rPr>
  </w:style>
  <w:style w:type="paragraph" w:customStyle="1" w:styleId="Prompt">
    <w:name w:val="Prompt"/>
    <w:pPr>
      <w:spacing w:before="0" w:after="80"/>
    </w:pPr>
    <w:rPr>
      <w:rFonts w:ascii="Arial" w:hAnsi="Arial" w:eastAsia="Arial"/>
      <w:b w:val="0"/>
      <w:color w:val="2D2D2D"/>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